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D753" w14:textId="77777777" w:rsidR="00001293" w:rsidRDefault="00843E21">
      <w:pPr>
        <w:spacing w:after="120"/>
        <w:jc w:val="center"/>
      </w:pPr>
      <w:r>
        <w:rPr>
          <w:b/>
          <w:sz w:val="30"/>
        </w:rPr>
        <w:t>ΠΙΝΑΚΕΣ ΑΠΟΤΕΛΕΣΜΑΤΩΝ</w:t>
      </w:r>
    </w:p>
    <w:p w14:paraId="0D2A44B3" w14:textId="77777777" w:rsidR="00001293" w:rsidRDefault="00843E21">
      <w:pPr>
        <w:jc w:val="center"/>
      </w:pPr>
      <w:r>
        <w:rPr>
          <w:b/>
          <w:sz w:val="24"/>
        </w:rPr>
        <w:t>Ανά ηλικιακή κατηγορία</w:t>
      </w:r>
    </w:p>
    <w:p w14:paraId="299A4DB0" w14:textId="77777777" w:rsidR="00001293" w:rsidRDefault="00843E21">
      <w:pPr>
        <w:keepNext/>
        <w:spacing w:before="160" w:after="60"/>
      </w:pPr>
      <w:r>
        <w:rPr>
          <w:b/>
          <w:sz w:val="23"/>
          <w:u w:val="single"/>
        </w:rPr>
        <w:t>ΓΕΝΙΚΗ ΚΑΤΑΤΑΞΗ</w:t>
      </w:r>
    </w:p>
    <w:p w14:paraId="1FA3176E" w14:textId="77777777" w:rsidR="00001293" w:rsidRDefault="00843E21">
      <w:pPr>
        <w:keepNext/>
        <w:spacing w:before="100" w:after="60"/>
      </w:pPr>
      <w:r>
        <w:rPr>
          <w:b/>
        </w:rPr>
        <w:t>Άνδρες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6E3F577A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C69D2B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885C07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54D1B54D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0BC27C" w14:textId="77777777" w:rsidR="00001293" w:rsidRDefault="00843E21">
            <w:pPr>
              <w:jc w:val="center"/>
            </w:pPr>
            <w:r>
              <w:rPr>
                <w:sz w:val="19"/>
              </w:rPr>
              <w:t>1ος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30B662" w14:textId="77777777" w:rsidR="00001293" w:rsidRDefault="00843E21">
            <w:r>
              <w:rPr>
                <w:sz w:val="19"/>
              </w:rPr>
              <w:t>Τζωρτζάτος Λευτέρης</w:t>
            </w:r>
          </w:p>
        </w:tc>
      </w:tr>
      <w:tr w:rsidR="00001293" w14:paraId="795EBE51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2533CD" w14:textId="77777777" w:rsidR="00001293" w:rsidRDefault="00843E21">
            <w:pPr>
              <w:jc w:val="center"/>
            </w:pPr>
            <w:r>
              <w:rPr>
                <w:sz w:val="19"/>
              </w:rPr>
              <w:t>2ος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40F75F" w14:textId="77777777" w:rsidR="00001293" w:rsidRDefault="00843E21">
            <w:r>
              <w:rPr>
                <w:sz w:val="19"/>
              </w:rPr>
              <w:t>Παναγής Κωνσταντάτος</w:t>
            </w:r>
          </w:p>
        </w:tc>
      </w:tr>
      <w:tr w:rsidR="00001293" w14:paraId="480C0EDB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B81C37" w14:textId="77777777" w:rsidR="00001293" w:rsidRDefault="00843E21">
            <w:pPr>
              <w:jc w:val="center"/>
            </w:pPr>
            <w:r>
              <w:rPr>
                <w:sz w:val="19"/>
              </w:rPr>
              <w:t>3ος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1F4E50" w14:textId="77777777" w:rsidR="00001293" w:rsidRDefault="00843E21">
            <w:r>
              <w:rPr>
                <w:sz w:val="19"/>
              </w:rPr>
              <w:t>Φραγκιάς Χριστόδουλος</w:t>
            </w:r>
          </w:p>
        </w:tc>
      </w:tr>
    </w:tbl>
    <w:p w14:paraId="11A2BF74" w14:textId="77777777" w:rsidR="00001293" w:rsidRDefault="00001293">
      <w:pPr>
        <w:spacing w:after="20"/>
      </w:pPr>
    </w:p>
    <w:p w14:paraId="2B977B17" w14:textId="77777777" w:rsidR="00001293" w:rsidRDefault="00843E21">
      <w:pPr>
        <w:keepNext/>
        <w:spacing w:before="100" w:after="60"/>
      </w:pPr>
      <w:r>
        <w:rPr>
          <w:b/>
        </w:rPr>
        <w:t>Γυναίκες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456E5D61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59F2CD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C48D52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6F60F4C5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011CDE" w14:textId="77777777" w:rsidR="00001293" w:rsidRDefault="00843E21">
            <w:pPr>
              <w:jc w:val="center"/>
            </w:pPr>
            <w:r>
              <w:rPr>
                <w:sz w:val="19"/>
              </w:rPr>
              <w:t>1η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BD4730" w14:textId="77777777" w:rsidR="00001293" w:rsidRDefault="00843E21">
            <w:r>
              <w:rPr>
                <w:sz w:val="19"/>
              </w:rPr>
              <w:t>Ντον Ο Ρούρκε</w:t>
            </w:r>
          </w:p>
        </w:tc>
      </w:tr>
      <w:tr w:rsidR="00001293" w14:paraId="59544575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9B1ED4" w14:textId="77777777" w:rsidR="00001293" w:rsidRDefault="00843E21">
            <w:pPr>
              <w:jc w:val="center"/>
            </w:pPr>
            <w:r>
              <w:rPr>
                <w:sz w:val="19"/>
              </w:rPr>
              <w:t>2η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FA8F32" w14:textId="77777777" w:rsidR="00001293" w:rsidRDefault="00843E21">
            <w:r>
              <w:rPr>
                <w:sz w:val="19"/>
              </w:rPr>
              <w:t>Σαμόλη Ευαγγελία</w:t>
            </w:r>
          </w:p>
        </w:tc>
      </w:tr>
      <w:tr w:rsidR="00001293" w14:paraId="592F4B9D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F9809C" w14:textId="77777777" w:rsidR="00001293" w:rsidRDefault="00843E21">
            <w:pPr>
              <w:jc w:val="center"/>
            </w:pPr>
            <w:r>
              <w:rPr>
                <w:sz w:val="19"/>
              </w:rPr>
              <w:t>3η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C791C0" w14:textId="77777777" w:rsidR="00001293" w:rsidRDefault="00843E21">
            <w:r>
              <w:rPr>
                <w:sz w:val="19"/>
              </w:rPr>
              <w:t>Παπαρούπα Ελένη</w:t>
            </w:r>
          </w:p>
        </w:tc>
      </w:tr>
    </w:tbl>
    <w:p w14:paraId="0674B036" w14:textId="77777777" w:rsidR="00001293" w:rsidRDefault="00001293">
      <w:pPr>
        <w:spacing w:after="20"/>
      </w:pPr>
    </w:p>
    <w:p w14:paraId="4598C9DB" w14:textId="77777777" w:rsidR="00001293" w:rsidRDefault="00843E21">
      <w:pPr>
        <w:keepNext/>
        <w:spacing w:before="160" w:after="60"/>
      </w:pPr>
      <w:r>
        <w:rPr>
          <w:b/>
          <w:sz w:val="23"/>
          <w:u w:val="single"/>
        </w:rPr>
        <w:t>13 έως 19 ετών – Άνδρες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62D55B03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849FEB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F7A72E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1A30AC05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1170FC" w14:textId="77777777" w:rsidR="00001293" w:rsidRDefault="00843E21">
            <w:pPr>
              <w:jc w:val="center"/>
            </w:pPr>
            <w:r>
              <w:rPr>
                <w:sz w:val="19"/>
              </w:rPr>
              <w:t>1ος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2846CA" w14:textId="77777777" w:rsidR="00001293" w:rsidRDefault="00843E21">
            <w:r>
              <w:rPr>
                <w:sz w:val="19"/>
              </w:rPr>
              <w:t>Τζωρτζάτος Λευτέρης</w:t>
            </w:r>
          </w:p>
        </w:tc>
      </w:tr>
      <w:tr w:rsidR="00001293" w14:paraId="24F4490D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44003A" w14:textId="77777777" w:rsidR="00001293" w:rsidRDefault="00843E21">
            <w:pPr>
              <w:jc w:val="center"/>
            </w:pPr>
            <w:r>
              <w:rPr>
                <w:sz w:val="19"/>
              </w:rPr>
              <w:t>2ος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C984B1" w14:textId="77777777" w:rsidR="00001293" w:rsidRDefault="00843E21">
            <w:r>
              <w:rPr>
                <w:sz w:val="19"/>
              </w:rPr>
              <w:t>Παναγής Κωνσταντάτος</w:t>
            </w:r>
          </w:p>
        </w:tc>
      </w:tr>
      <w:tr w:rsidR="00001293" w14:paraId="123CA24C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A34DE4" w14:textId="77777777" w:rsidR="00001293" w:rsidRDefault="00843E21">
            <w:pPr>
              <w:jc w:val="center"/>
            </w:pPr>
            <w:r>
              <w:rPr>
                <w:sz w:val="19"/>
              </w:rPr>
              <w:t>3ος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EFF951" w14:textId="77777777" w:rsidR="00001293" w:rsidRDefault="00843E21">
            <w:r>
              <w:rPr>
                <w:sz w:val="19"/>
              </w:rPr>
              <w:t>Φραγκιάς Χριστόδουλος</w:t>
            </w:r>
          </w:p>
        </w:tc>
      </w:tr>
    </w:tbl>
    <w:p w14:paraId="3B2AF97A" w14:textId="77777777" w:rsidR="00001293" w:rsidRDefault="00001293">
      <w:pPr>
        <w:spacing w:after="20"/>
      </w:pPr>
    </w:p>
    <w:p w14:paraId="7AB19C2D" w14:textId="77777777" w:rsidR="00001293" w:rsidRDefault="00843E21">
      <w:pPr>
        <w:keepNext/>
        <w:spacing w:before="160" w:after="60"/>
      </w:pPr>
      <w:r>
        <w:rPr>
          <w:b/>
          <w:sz w:val="23"/>
          <w:u w:val="single"/>
        </w:rPr>
        <w:t>31 έως 40 ετών – Άνδρες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598414DB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C168E8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E237D1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63583CF7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20FDC9" w14:textId="77777777" w:rsidR="00001293" w:rsidRDefault="00843E21">
            <w:pPr>
              <w:jc w:val="center"/>
            </w:pPr>
            <w:r>
              <w:rPr>
                <w:sz w:val="19"/>
              </w:rPr>
              <w:t>1ος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B4D4E5" w14:textId="77777777" w:rsidR="00001293" w:rsidRDefault="00843E21">
            <w:r>
              <w:rPr>
                <w:sz w:val="19"/>
              </w:rPr>
              <w:t>Τζάκης Μάριος</w:t>
            </w:r>
          </w:p>
        </w:tc>
      </w:tr>
      <w:tr w:rsidR="00001293" w14:paraId="22F5165D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27BF99" w14:textId="77777777" w:rsidR="00001293" w:rsidRDefault="00843E21">
            <w:pPr>
              <w:jc w:val="center"/>
            </w:pPr>
            <w:r>
              <w:rPr>
                <w:sz w:val="19"/>
              </w:rPr>
              <w:t>2ος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EE31B0" w14:textId="77777777" w:rsidR="00001293" w:rsidRDefault="00843E21">
            <w:r>
              <w:rPr>
                <w:sz w:val="19"/>
              </w:rPr>
              <w:t>Ντάλλας Παναγιώτης</w:t>
            </w:r>
          </w:p>
        </w:tc>
      </w:tr>
      <w:tr w:rsidR="00001293" w14:paraId="0A47FFAA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67B711" w14:textId="77777777" w:rsidR="00001293" w:rsidRDefault="00843E21">
            <w:pPr>
              <w:jc w:val="center"/>
            </w:pPr>
            <w:r>
              <w:rPr>
                <w:sz w:val="19"/>
              </w:rPr>
              <w:t>3ος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E6D361" w14:textId="77777777" w:rsidR="00001293" w:rsidRDefault="00843E21">
            <w:r>
              <w:rPr>
                <w:sz w:val="19"/>
              </w:rPr>
              <w:t>Τζωρτζάτος Κωνσταντίνος</w:t>
            </w:r>
          </w:p>
        </w:tc>
      </w:tr>
    </w:tbl>
    <w:p w14:paraId="0727E4EB" w14:textId="77777777" w:rsidR="00001293" w:rsidRDefault="00001293">
      <w:pPr>
        <w:spacing w:after="20"/>
      </w:pPr>
    </w:p>
    <w:p w14:paraId="2085BBC7" w14:textId="77777777" w:rsidR="00001293" w:rsidRDefault="00843E21">
      <w:pPr>
        <w:keepNext/>
        <w:spacing w:before="100" w:after="60"/>
      </w:pPr>
      <w:r>
        <w:rPr>
          <w:b/>
        </w:rPr>
        <w:t>31 έως 40 ετών – Γυναίκες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6785A586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8181CE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5DA4BD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605D351A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2BEEBC" w14:textId="77777777" w:rsidR="00001293" w:rsidRDefault="00843E21">
            <w:pPr>
              <w:jc w:val="center"/>
            </w:pPr>
            <w:r>
              <w:rPr>
                <w:sz w:val="19"/>
              </w:rPr>
              <w:t>1η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7248BC" w14:textId="77777777" w:rsidR="00001293" w:rsidRDefault="00843E21">
            <w:r>
              <w:rPr>
                <w:sz w:val="19"/>
              </w:rPr>
              <w:t>Παπαρούπα Ελένη</w:t>
            </w:r>
          </w:p>
        </w:tc>
      </w:tr>
      <w:tr w:rsidR="00001293" w14:paraId="619C9D24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CB1A5B" w14:textId="77777777" w:rsidR="00001293" w:rsidRDefault="00843E21">
            <w:pPr>
              <w:jc w:val="center"/>
            </w:pPr>
            <w:r>
              <w:rPr>
                <w:sz w:val="19"/>
              </w:rPr>
              <w:t>2η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BF152F" w14:textId="77777777" w:rsidR="00001293" w:rsidRDefault="00843E21">
            <w:r>
              <w:rPr>
                <w:sz w:val="19"/>
              </w:rPr>
              <w:t>Βασιλάκη Μαργαρίτα</w:t>
            </w:r>
          </w:p>
        </w:tc>
      </w:tr>
    </w:tbl>
    <w:p w14:paraId="50454BAA" w14:textId="77777777" w:rsidR="00001293" w:rsidRDefault="00001293">
      <w:pPr>
        <w:spacing w:after="20"/>
      </w:pPr>
    </w:p>
    <w:p w14:paraId="0D748D94" w14:textId="77777777" w:rsidR="00001293" w:rsidRDefault="00843E21">
      <w:pPr>
        <w:keepNext/>
        <w:spacing w:before="160" w:after="60"/>
      </w:pPr>
      <w:r>
        <w:rPr>
          <w:b/>
          <w:sz w:val="23"/>
          <w:u w:val="single"/>
        </w:rPr>
        <w:t>41 έως 50 ετών – Άνδρες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4F1DA301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6831EB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4FE553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00A6C8BC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032EF6" w14:textId="77777777" w:rsidR="00001293" w:rsidRDefault="00843E21">
            <w:pPr>
              <w:jc w:val="center"/>
            </w:pPr>
            <w:r>
              <w:rPr>
                <w:sz w:val="19"/>
              </w:rPr>
              <w:t>1ος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2D65C9" w14:textId="77777777" w:rsidR="00001293" w:rsidRDefault="00843E21">
            <w:r>
              <w:rPr>
                <w:sz w:val="19"/>
              </w:rPr>
              <w:t>Ισαουή Γιώργος</w:t>
            </w:r>
          </w:p>
        </w:tc>
      </w:tr>
      <w:tr w:rsidR="00001293" w14:paraId="1B8DF5D5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6F7964" w14:textId="77777777" w:rsidR="00001293" w:rsidRDefault="00843E21">
            <w:pPr>
              <w:jc w:val="center"/>
            </w:pPr>
            <w:r>
              <w:rPr>
                <w:sz w:val="19"/>
              </w:rPr>
              <w:t>2ος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90A16E" w14:textId="77777777" w:rsidR="00001293" w:rsidRDefault="00843E21">
            <w:r>
              <w:rPr>
                <w:sz w:val="19"/>
              </w:rPr>
              <w:t>Κυριακάτος Γεράσιμος</w:t>
            </w:r>
          </w:p>
        </w:tc>
      </w:tr>
      <w:tr w:rsidR="00001293" w14:paraId="04992D59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1CA7B9" w14:textId="77777777" w:rsidR="00001293" w:rsidRDefault="00843E21">
            <w:pPr>
              <w:jc w:val="center"/>
            </w:pPr>
            <w:r>
              <w:rPr>
                <w:sz w:val="19"/>
              </w:rPr>
              <w:t>3ος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5B38A6" w14:textId="77777777" w:rsidR="00001293" w:rsidRDefault="00843E21">
            <w:r>
              <w:rPr>
                <w:sz w:val="19"/>
              </w:rPr>
              <w:t>Μελισσαράτος Ανδρέας</w:t>
            </w:r>
          </w:p>
        </w:tc>
      </w:tr>
    </w:tbl>
    <w:p w14:paraId="036D582C" w14:textId="77777777" w:rsidR="00001293" w:rsidRDefault="00001293">
      <w:pPr>
        <w:spacing w:after="20"/>
      </w:pPr>
    </w:p>
    <w:p w14:paraId="14DC433D" w14:textId="77777777" w:rsidR="00001293" w:rsidRDefault="00843E21">
      <w:pPr>
        <w:keepNext/>
        <w:spacing w:before="100" w:after="60"/>
      </w:pPr>
      <w:r>
        <w:rPr>
          <w:b/>
        </w:rPr>
        <w:t>41 έως 50 ετών – Γυναίκες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6B8BCC4B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0C37ED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CA64DA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4F353E61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2955ED" w14:textId="77777777" w:rsidR="00001293" w:rsidRDefault="00843E21">
            <w:pPr>
              <w:jc w:val="center"/>
            </w:pPr>
            <w:r>
              <w:rPr>
                <w:sz w:val="19"/>
              </w:rPr>
              <w:t>1η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D24887" w14:textId="77777777" w:rsidR="00001293" w:rsidRDefault="00843E21">
            <w:r>
              <w:rPr>
                <w:sz w:val="19"/>
              </w:rPr>
              <w:t>Σαμόλη Ευαγγελία</w:t>
            </w:r>
          </w:p>
        </w:tc>
      </w:tr>
      <w:tr w:rsidR="00001293" w14:paraId="02044013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A6F930" w14:textId="77777777" w:rsidR="00001293" w:rsidRDefault="00843E21">
            <w:pPr>
              <w:jc w:val="center"/>
            </w:pPr>
            <w:r>
              <w:rPr>
                <w:sz w:val="19"/>
              </w:rPr>
              <w:t>2η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B27A22" w14:textId="77777777" w:rsidR="00001293" w:rsidRDefault="00843E21">
            <w:r>
              <w:rPr>
                <w:sz w:val="19"/>
              </w:rPr>
              <w:t>Αναστασάτου Ζαχαρούλα</w:t>
            </w:r>
          </w:p>
        </w:tc>
      </w:tr>
    </w:tbl>
    <w:p w14:paraId="781AC495" w14:textId="77777777" w:rsidR="00001293" w:rsidRDefault="00001293">
      <w:pPr>
        <w:spacing w:after="20"/>
      </w:pPr>
    </w:p>
    <w:p w14:paraId="35F4845D" w14:textId="77777777" w:rsidR="00001293" w:rsidRDefault="00843E21">
      <w:pPr>
        <w:keepNext/>
        <w:spacing w:before="160" w:after="60"/>
      </w:pPr>
      <w:r>
        <w:rPr>
          <w:b/>
          <w:sz w:val="23"/>
          <w:u w:val="single"/>
        </w:rPr>
        <w:t>51 έως 60 ετών – Άνδρες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69E3450E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86B456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C104D5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26A7E301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DD220C" w14:textId="77777777" w:rsidR="00001293" w:rsidRDefault="00843E21">
            <w:pPr>
              <w:jc w:val="center"/>
            </w:pPr>
            <w:r>
              <w:rPr>
                <w:sz w:val="19"/>
              </w:rPr>
              <w:t>1ος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6FF8C9" w14:textId="77777777" w:rsidR="00001293" w:rsidRDefault="00843E21">
            <w:r>
              <w:rPr>
                <w:sz w:val="19"/>
              </w:rPr>
              <w:t>Παπαλάμπρος Λάμπρος</w:t>
            </w:r>
          </w:p>
        </w:tc>
      </w:tr>
      <w:tr w:rsidR="00001293" w14:paraId="3785B3CE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BC68BF" w14:textId="77777777" w:rsidR="00001293" w:rsidRDefault="00843E21">
            <w:pPr>
              <w:jc w:val="center"/>
            </w:pPr>
            <w:r>
              <w:rPr>
                <w:sz w:val="19"/>
              </w:rPr>
              <w:t>2ος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0B1087" w14:textId="77777777" w:rsidR="00001293" w:rsidRDefault="00843E21">
            <w:r>
              <w:rPr>
                <w:sz w:val="19"/>
              </w:rPr>
              <w:t>Χάλδας Παναγιώτης</w:t>
            </w:r>
          </w:p>
        </w:tc>
      </w:tr>
      <w:tr w:rsidR="00001293" w14:paraId="54A00F34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4FB87C" w14:textId="77777777" w:rsidR="00001293" w:rsidRDefault="00843E21">
            <w:pPr>
              <w:jc w:val="center"/>
            </w:pPr>
            <w:r>
              <w:rPr>
                <w:sz w:val="19"/>
              </w:rPr>
              <w:t>3ος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652DEF" w14:textId="77777777" w:rsidR="00001293" w:rsidRDefault="00843E21">
            <w:r>
              <w:rPr>
                <w:sz w:val="19"/>
              </w:rPr>
              <w:t>Βοσνάκης Βασίλης</w:t>
            </w:r>
          </w:p>
        </w:tc>
      </w:tr>
    </w:tbl>
    <w:p w14:paraId="1B740E84" w14:textId="77777777" w:rsidR="00001293" w:rsidRDefault="00001293">
      <w:pPr>
        <w:spacing w:after="20"/>
      </w:pPr>
    </w:p>
    <w:p w14:paraId="4E5DA283" w14:textId="77777777" w:rsidR="00001293" w:rsidRDefault="00843E21">
      <w:pPr>
        <w:keepNext/>
        <w:spacing w:before="100" w:after="60"/>
      </w:pPr>
      <w:r>
        <w:rPr>
          <w:b/>
        </w:rPr>
        <w:t>51 έως 60 ετών – Γυναίκες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6D40710D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305D25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724150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310D0F68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3DFB81" w14:textId="77777777" w:rsidR="00001293" w:rsidRDefault="00843E21">
            <w:pPr>
              <w:jc w:val="center"/>
            </w:pPr>
            <w:r>
              <w:rPr>
                <w:sz w:val="19"/>
              </w:rPr>
              <w:t>1η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E66066" w14:textId="77777777" w:rsidR="00001293" w:rsidRDefault="00843E21">
            <w:r>
              <w:rPr>
                <w:sz w:val="19"/>
              </w:rPr>
              <w:t>Ντον Ο Ρούρκε</w:t>
            </w:r>
          </w:p>
        </w:tc>
      </w:tr>
      <w:tr w:rsidR="00001293" w14:paraId="3B3883EF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14E744" w14:textId="77777777" w:rsidR="00001293" w:rsidRDefault="00843E21">
            <w:pPr>
              <w:jc w:val="center"/>
            </w:pPr>
            <w:r>
              <w:rPr>
                <w:sz w:val="19"/>
              </w:rPr>
              <w:t>2η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F8F76B" w14:textId="77777777" w:rsidR="00001293" w:rsidRDefault="00843E21">
            <w:r>
              <w:rPr>
                <w:sz w:val="19"/>
              </w:rPr>
              <w:t>Τζοάννα Γκόντεν</w:t>
            </w:r>
          </w:p>
        </w:tc>
      </w:tr>
      <w:tr w:rsidR="00001293" w14:paraId="4FF4BA68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2A4D48" w14:textId="77777777" w:rsidR="00001293" w:rsidRDefault="00843E21">
            <w:pPr>
              <w:jc w:val="center"/>
            </w:pPr>
            <w:r>
              <w:rPr>
                <w:sz w:val="19"/>
              </w:rPr>
              <w:t>3η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E37463" w14:textId="77777777" w:rsidR="00001293" w:rsidRDefault="00843E21">
            <w:r>
              <w:rPr>
                <w:sz w:val="19"/>
              </w:rPr>
              <w:t>Γαρμπή Ευδοκία</w:t>
            </w:r>
          </w:p>
        </w:tc>
      </w:tr>
    </w:tbl>
    <w:p w14:paraId="7A9FFA59" w14:textId="77777777" w:rsidR="00001293" w:rsidRDefault="00001293">
      <w:pPr>
        <w:spacing w:after="20"/>
      </w:pPr>
    </w:p>
    <w:p w14:paraId="66542EFA" w14:textId="77777777" w:rsidR="00001293" w:rsidRDefault="00843E21">
      <w:pPr>
        <w:keepNext/>
        <w:spacing w:before="160" w:after="60"/>
      </w:pPr>
      <w:r>
        <w:rPr>
          <w:b/>
          <w:sz w:val="23"/>
          <w:u w:val="single"/>
        </w:rPr>
        <w:t>61 ετών και άνω – Άνδρες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7451699A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9B1665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B6F7E8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67861DE3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4D2F7B" w14:textId="77777777" w:rsidR="00001293" w:rsidRDefault="00843E21">
            <w:pPr>
              <w:jc w:val="center"/>
            </w:pPr>
            <w:r>
              <w:rPr>
                <w:sz w:val="19"/>
              </w:rPr>
              <w:t>1ος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23692A" w14:textId="77777777" w:rsidR="00001293" w:rsidRDefault="00843E21">
            <w:r>
              <w:rPr>
                <w:sz w:val="19"/>
              </w:rPr>
              <w:t>Μεταξάς Σπύρος</w:t>
            </w:r>
          </w:p>
        </w:tc>
      </w:tr>
      <w:tr w:rsidR="00001293" w14:paraId="6A6A5E74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357F0F" w14:textId="77777777" w:rsidR="00001293" w:rsidRDefault="00843E21">
            <w:pPr>
              <w:jc w:val="center"/>
            </w:pPr>
            <w:r>
              <w:rPr>
                <w:sz w:val="19"/>
              </w:rPr>
              <w:t>2ος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582402" w14:textId="77777777" w:rsidR="00001293" w:rsidRDefault="00843E21">
            <w:r>
              <w:rPr>
                <w:sz w:val="19"/>
              </w:rPr>
              <w:t>Κόκκινος Παναγιώτης</w:t>
            </w:r>
          </w:p>
        </w:tc>
      </w:tr>
    </w:tbl>
    <w:p w14:paraId="0DB68067" w14:textId="77777777" w:rsidR="00001293" w:rsidRDefault="00001293">
      <w:pPr>
        <w:spacing w:after="20"/>
      </w:pPr>
    </w:p>
    <w:p w14:paraId="2D68B75A" w14:textId="77777777" w:rsidR="00001293" w:rsidRDefault="00843E21">
      <w:pPr>
        <w:keepNext/>
        <w:spacing w:before="100" w:after="60"/>
      </w:pPr>
      <w:r>
        <w:rPr>
          <w:b/>
        </w:rPr>
        <w:t>60 ετών και άνω – Γυναίκες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7824"/>
      </w:tblGrid>
      <w:tr w:rsidR="00001293" w14:paraId="7B9BD96D" w14:textId="77777777">
        <w:trPr>
          <w:cantSplit/>
          <w:jc w:val="center"/>
        </w:trPr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4EB98F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Θέση</w:t>
            </w:r>
          </w:p>
        </w:tc>
        <w:tc>
          <w:tcPr>
            <w:tcW w:w="524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316FD3" w14:textId="77777777" w:rsidR="00001293" w:rsidRDefault="00843E21">
            <w:pPr>
              <w:jc w:val="center"/>
            </w:pPr>
            <w:r>
              <w:rPr>
                <w:b/>
                <w:sz w:val="19"/>
              </w:rPr>
              <w:t>Ονοματεπώνυμο</w:t>
            </w:r>
          </w:p>
        </w:tc>
      </w:tr>
      <w:tr w:rsidR="00001293" w14:paraId="7D7EEAC6" w14:textId="77777777">
        <w:trPr>
          <w:cantSplit/>
          <w:jc w:val="center"/>
        </w:trPr>
        <w:tc>
          <w:tcPr>
            <w:tcW w:w="147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F11A65" w14:textId="77777777" w:rsidR="00001293" w:rsidRDefault="00843E21">
            <w:pPr>
              <w:jc w:val="center"/>
            </w:pPr>
            <w:r>
              <w:rPr>
                <w:sz w:val="19"/>
              </w:rPr>
              <w:t>1η</w:t>
            </w:r>
          </w:p>
        </w:tc>
        <w:tc>
          <w:tcPr>
            <w:tcW w:w="78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8E4877" w14:textId="77777777" w:rsidR="00001293" w:rsidRDefault="00843E21">
            <w:r>
              <w:rPr>
                <w:sz w:val="19"/>
              </w:rPr>
              <w:t>Παπαλεξάτου Ιωάννα</w:t>
            </w:r>
          </w:p>
        </w:tc>
      </w:tr>
    </w:tbl>
    <w:p w14:paraId="09019D34" w14:textId="77777777" w:rsidR="00001293" w:rsidRDefault="00001293">
      <w:pPr>
        <w:spacing w:after="20"/>
      </w:pPr>
    </w:p>
    <w:p w14:paraId="1DF87D54" w14:textId="77777777" w:rsidR="00001293" w:rsidRDefault="00843E21">
      <w:pPr>
        <w:spacing w:before="140" w:after="0"/>
      </w:pPr>
      <w:r>
        <w:rPr>
          <w:b/>
          <w:sz w:val="19"/>
        </w:rPr>
        <w:t xml:space="preserve">Σημείωση: </w:t>
      </w:r>
      <w:r>
        <w:rPr>
          <w:sz w:val="19"/>
        </w:rPr>
        <w:t>Όπου δεν αναγράφεται δεύτερη ή τρίτη θέση, καθώς και όπου δεν εμφανίζεται αντίστοιχη κατηγορία φύλου, δεν υπήρχε σχετική συμμετοχή στην κατηγορία.</w:t>
      </w:r>
    </w:p>
    <w:sectPr w:rsidR="00001293" w:rsidSect="00034616">
      <w:footerReference w:type="default" r:id="rId8"/>
      <w:pgSz w:w="12240" w:h="15840"/>
      <w:pgMar w:top="765" w:right="879" w:bottom="765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E0BBA" w14:textId="77777777" w:rsidR="00843E21" w:rsidRDefault="00843E21">
      <w:pPr>
        <w:spacing w:after="0" w:line="240" w:lineRule="auto"/>
      </w:pPr>
      <w:r>
        <w:separator/>
      </w:r>
    </w:p>
  </w:endnote>
  <w:endnote w:type="continuationSeparator" w:id="0">
    <w:p w14:paraId="2A9CEDA2" w14:textId="77777777" w:rsidR="00843E21" w:rsidRDefault="0084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5371" w14:textId="77777777" w:rsidR="00001293" w:rsidRDefault="00843E21">
    <w:pPr>
      <w:pStyle w:val="a6"/>
      <w:jc w:val="center"/>
    </w:pPr>
    <w:r>
      <w:rPr>
        <w:sz w:val="16"/>
      </w:rPr>
      <w:t>Αποτελέσματα αγώνα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DCE54" w14:textId="77777777" w:rsidR="00843E21" w:rsidRDefault="00843E21">
      <w:pPr>
        <w:spacing w:after="0" w:line="240" w:lineRule="auto"/>
      </w:pPr>
      <w:r>
        <w:separator/>
      </w:r>
    </w:p>
  </w:footnote>
  <w:footnote w:type="continuationSeparator" w:id="0">
    <w:p w14:paraId="0940E900" w14:textId="77777777" w:rsidR="00843E21" w:rsidRDefault="00843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7737512">
    <w:abstractNumId w:val="8"/>
  </w:num>
  <w:num w:numId="2" w16cid:durableId="67043746">
    <w:abstractNumId w:val="6"/>
  </w:num>
  <w:num w:numId="3" w16cid:durableId="837572007">
    <w:abstractNumId w:val="5"/>
  </w:num>
  <w:num w:numId="4" w16cid:durableId="274753794">
    <w:abstractNumId w:val="4"/>
  </w:num>
  <w:num w:numId="5" w16cid:durableId="1588804395">
    <w:abstractNumId w:val="7"/>
  </w:num>
  <w:num w:numId="6" w16cid:durableId="37703769">
    <w:abstractNumId w:val="3"/>
  </w:num>
  <w:num w:numId="7" w16cid:durableId="1376655258">
    <w:abstractNumId w:val="2"/>
  </w:num>
  <w:num w:numId="8" w16cid:durableId="730661603">
    <w:abstractNumId w:val="1"/>
  </w:num>
  <w:num w:numId="9" w16cid:durableId="16070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293"/>
    <w:rsid w:val="00034616"/>
    <w:rsid w:val="0006063C"/>
    <w:rsid w:val="0015074B"/>
    <w:rsid w:val="0029639D"/>
    <w:rsid w:val="002D7779"/>
    <w:rsid w:val="00326F90"/>
    <w:rsid w:val="00843E2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BC1C6"/>
  <w14:defaultImageDpi w14:val="300"/>
  <w15:docId w15:val="{4E8254B0-C021-1F49-8AB3-7FC1B4AF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Liberation Sans" w:eastAsia="Liberation Sans" w:hAnsi="Liberation Sans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Ευαγγελία Σαμολη</cp:lastModifiedBy>
  <cp:revision>2</cp:revision>
  <dcterms:created xsi:type="dcterms:W3CDTF">2026-09-13T12:42:00Z</dcterms:created>
  <dcterms:modified xsi:type="dcterms:W3CDTF">2026-09-13T12:42:00Z</dcterms:modified>
  <cp:category/>
</cp:coreProperties>
</file>