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jpeg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D5ADC" w:rsidRDefault="00F93B5B">
      <w:pPr>
        <w:jc w:val="center"/>
      </w:pPr>
      <w:r>
        <w:rPr>
          <w:b/>
          <w:sz w:val="30"/>
        </w:rPr>
        <w:t>ΛΙΣΤΑ ΑΠΟΤΕΛΕΣΜΑΤΩΝ ΑΓΩΝΑ</w:t>
      </w:r>
    </w:p>
    <w:p w:rsidR="009D5ADC" w:rsidRDefault="00F93B5B">
      <w:pPr>
        <w:spacing w:after="160"/>
        <w:jc w:val="center"/>
      </w:pPr>
      <w:r>
        <w:rPr>
          <w:i/>
        </w:rPr>
        <w:t>Κατάταξη αθλητών και αθλητριών</w:t>
      </w:r>
    </w:p>
    <w:tbl>
      <w:tblPr>
        <w:tblStyle w:val="af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37"/>
        <w:gridCol w:w="907"/>
        <w:gridCol w:w="5783"/>
        <w:gridCol w:w="2268"/>
      </w:tblGrid>
      <w:tr w:rsidR="009D5ADC">
        <w:trPr>
          <w:tblHeader/>
          <w:jc w:val="center"/>
        </w:trPr>
        <w:tc>
          <w:tcPr>
            <w:tcW w:w="737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b/>
              </w:rPr>
              <w:t>Α/Α</w:t>
            </w:r>
          </w:p>
        </w:tc>
        <w:tc>
          <w:tcPr>
            <w:tcW w:w="907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b/>
              </w:rPr>
              <w:t>Φύλο</w:t>
            </w:r>
          </w:p>
        </w:tc>
        <w:tc>
          <w:tcPr>
            <w:tcW w:w="5783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b/>
              </w:rPr>
              <w:t>Ονοματεπώνυμο</w:t>
            </w:r>
          </w:p>
        </w:tc>
        <w:tc>
          <w:tcPr>
            <w:tcW w:w="2268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b/>
              </w:rPr>
              <w:t>Χρόνος</w:t>
            </w:r>
          </w:p>
        </w:tc>
      </w:tr>
      <w:tr w:rsidR="009D5ADC">
        <w:trPr>
          <w:jc w:val="center"/>
        </w:trPr>
        <w:tc>
          <w:tcPr>
            <w:tcW w:w="73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0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Α</w:t>
            </w:r>
          </w:p>
        </w:tc>
        <w:tc>
          <w:tcPr>
            <w:tcW w:w="5783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r>
              <w:rPr>
                <w:sz w:val="20"/>
              </w:rPr>
              <w:t>Τζωρτζάτος Ελευθέριος</w:t>
            </w:r>
          </w:p>
        </w:tc>
        <w:tc>
          <w:tcPr>
            <w:tcW w:w="2268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00:49:38</w:t>
            </w:r>
          </w:p>
        </w:tc>
      </w:tr>
      <w:tr w:rsidR="009D5ADC">
        <w:trPr>
          <w:jc w:val="center"/>
        </w:trPr>
        <w:tc>
          <w:tcPr>
            <w:tcW w:w="73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90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Α</w:t>
            </w:r>
          </w:p>
        </w:tc>
        <w:tc>
          <w:tcPr>
            <w:tcW w:w="5783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r>
              <w:rPr>
                <w:sz w:val="20"/>
              </w:rPr>
              <w:t>Κωνσταντάτος Παναγιώτης</w:t>
            </w:r>
          </w:p>
        </w:tc>
        <w:tc>
          <w:tcPr>
            <w:tcW w:w="2268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00:51:04</w:t>
            </w:r>
          </w:p>
        </w:tc>
      </w:tr>
      <w:tr w:rsidR="009D5ADC">
        <w:trPr>
          <w:jc w:val="center"/>
        </w:trPr>
        <w:tc>
          <w:tcPr>
            <w:tcW w:w="73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90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Α</w:t>
            </w:r>
          </w:p>
        </w:tc>
        <w:tc>
          <w:tcPr>
            <w:tcW w:w="5783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r>
              <w:rPr>
                <w:sz w:val="20"/>
              </w:rPr>
              <w:t>Φραγκιάς Χριστόδουλος</w:t>
            </w:r>
          </w:p>
        </w:tc>
        <w:tc>
          <w:tcPr>
            <w:tcW w:w="2268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00:52:01</w:t>
            </w:r>
          </w:p>
        </w:tc>
      </w:tr>
      <w:tr w:rsidR="009D5ADC">
        <w:trPr>
          <w:jc w:val="center"/>
        </w:trPr>
        <w:tc>
          <w:tcPr>
            <w:tcW w:w="73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90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Α</w:t>
            </w:r>
          </w:p>
        </w:tc>
        <w:tc>
          <w:tcPr>
            <w:tcW w:w="5783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r>
              <w:rPr>
                <w:sz w:val="20"/>
              </w:rPr>
              <w:t>Τζάκης Μάριος</w:t>
            </w:r>
          </w:p>
        </w:tc>
        <w:tc>
          <w:tcPr>
            <w:tcW w:w="2268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00:52:44</w:t>
            </w:r>
          </w:p>
        </w:tc>
      </w:tr>
      <w:tr w:rsidR="009D5ADC">
        <w:trPr>
          <w:jc w:val="center"/>
        </w:trPr>
        <w:tc>
          <w:tcPr>
            <w:tcW w:w="73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90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Α</w:t>
            </w:r>
          </w:p>
        </w:tc>
        <w:tc>
          <w:tcPr>
            <w:tcW w:w="5783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r>
              <w:rPr>
                <w:sz w:val="20"/>
              </w:rPr>
              <w:t>Παπαλάμπρος Λάμπρος</w:t>
            </w:r>
          </w:p>
        </w:tc>
        <w:tc>
          <w:tcPr>
            <w:tcW w:w="2268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00:54:48</w:t>
            </w:r>
          </w:p>
        </w:tc>
      </w:tr>
      <w:tr w:rsidR="009D5ADC">
        <w:trPr>
          <w:jc w:val="center"/>
        </w:trPr>
        <w:tc>
          <w:tcPr>
            <w:tcW w:w="73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6</w:t>
            </w:r>
          </w:p>
        </w:tc>
        <w:tc>
          <w:tcPr>
            <w:tcW w:w="90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Α</w:t>
            </w:r>
          </w:p>
        </w:tc>
        <w:tc>
          <w:tcPr>
            <w:tcW w:w="5783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r>
              <w:rPr>
                <w:sz w:val="20"/>
              </w:rPr>
              <w:t>Ντάλλας Παναγιώτης</w:t>
            </w:r>
          </w:p>
        </w:tc>
        <w:tc>
          <w:tcPr>
            <w:tcW w:w="2268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00:54:49</w:t>
            </w:r>
          </w:p>
        </w:tc>
      </w:tr>
      <w:tr w:rsidR="009D5ADC">
        <w:trPr>
          <w:jc w:val="center"/>
        </w:trPr>
        <w:tc>
          <w:tcPr>
            <w:tcW w:w="73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7</w:t>
            </w:r>
          </w:p>
        </w:tc>
        <w:tc>
          <w:tcPr>
            <w:tcW w:w="90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Α</w:t>
            </w:r>
          </w:p>
        </w:tc>
        <w:tc>
          <w:tcPr>
            <w:tcW w:w="5783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r>
              <w:rPr>
                <w:sz w:val="20"/>
              </w:rPr>
              <w:t>Χάλδας Παναγιώτης</w:t>
            </w:r>
          </w:p>
        </w:tc>
        <w:tc>
          <w:tcPr>
            <w:tcW w:w="2268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00:55:36</w:t>
            </w:r>
          </w:p>
        </w:tc>
      </w:tr>
      <w:tr w:rsidR="009D5ADC">
        <w:trPr>
          <w:jc w:val="center"/>
        </w:trPr>
        <w:tc>
          <w:tcPr>
            <w:tcW w:w="73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8</w:t>
            </w:r>
          </w:p>
        </w:tc>
        <w:tc>
          <w:tcPr>
            <w:tcW w:w="90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Α</w:t>
            </w:r>
          </w:p>
        </w:tc>
        <w:tc>
          <w:tcPr>
            <w:tcW w:w="5783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r>
              <w:rPr>
                <w:sz w:val="20"/>
              </w:rPr>
              <w:t>Βοσνάκης Βασίλης</w:t>
            </w:r>
          </w:p>
        </w:tc>
        <w:tc>
          <w:tcPr>
            <w:tcW w:w="2268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00:55:47</w:t>
            </w:r>
          </w:p>
        </w:tc>
      </w:tr>
      <w:tr w:rsidR="009D5ADC">
        <w:trPr>
          <w:jc w:val="center"/>
        </w:trPr>
        <w:tc>
          <w:tcPr>
            <w:tcW w:w="73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9</w:t>
            </w:r>
          </w:p>
        </w:tc>
        <w:tc>
          <w:tcPr>
            <w:tcW w:w="90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Α</w:t>
            </w:r>
          </w:p>
        </w:tc>
        <w:tc>
          <w:tcPr>
            <w:tcW w:w="5783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r>
              <w:rPr>
                <w:sz w:val="20"/>
              </w:rPr>
              <w:t>Τζωρτζάτος Κώστας</w:t>
            </w:r>
          </w:p>
        </w:tc>
        <w:tc>
          <w:tcPr>
            <w:tcW w:w="2268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00:56:54</w:t>
            </w:r>
          </w:p>
        </w:tc>
      </w:tr>
      <w:tr w:rsidR="009D5ADC">
        <w:trPr>
          <w:jc w:val="center"/>
        </w:trPr>
        <w:tc>
          <w:tcPr>
            <w:tcW w:w="73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10</w:t>
            </w:r>
          </w:p>
        </w:tc>
        <w:tc>
          <w:tcPr>
            <w:tcW w:w="90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Α</w:t>
            </w:r>
          </w:p>
        </w:tc>
        <w:tc>
          <w:tcPr>
            <w:tcW w:w="5783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r>
              <w:rPr>
                <w:sz w:val="20"/>
              </w:rPr>
              <w:t>Ισαουή Γιώργος</w:t>
            </w:r>
          </w:p>
        </w:tc>
        <w:tc>
          <w:tcPr>
            <w:tcW w:w="2268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00:58:40</w:t>
            </w:r>
          </w:p>
        </w:tc>
      </w:tr>
      <w:tr w:rsidR="009D5ADC">
        <w:trPr>
          <w:jc w:val="center"/>
        </w:trPr>
        <w:tc>
          <w:tcPr>
            <w:tcW w:w="73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11</w:t>
            </w:r>
          </w:p>
        </w:tc>
        <w:tc>
          <w:tcPr>
            <w:tcW w:w="90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Α</w:t>
            </w:r>
          </w:p>
        </w:tc>
        <w:tc>
          <w:tcPr>
            <w:tcW w:w="5783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r>
              <w:rPr>
                <w:sz w:val="20"/>
              </w:rPr>
              <w:t>Τουλάτος Παναγιώτης</w:t>
            </w:r>
          </w:p>
        </w:tc>
        <w:tc>
          <w:tcPr>
            <w:tcW w:w="2268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00:59:13</w:t>
            </w:r>
          </w:p>
        </w:tc>
      </w:tr>
      <w:tr w:rsidR="009D5ADC">
        <w:trPr>
          <w:jc w:val="center"/>
        </w:trPr>
        <w:tc>
          <w:tcPr>
            <w:tcW w:w="73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12</w:t>
            </w:r>
          </w:p>
        </w:tc>
        <w:tc>
          <w:tcPr>
            <w:tcW w:w="90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Α</w:t>
            </w:r>
          </w:p>
        </w:tc>
        <w:tc>
          <w:tcPr>
            <w:tcW w:w="5783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r>
              <w:rPr>
                <w:sz w:val="20"/>
              </w:rPr>
              <w:t>Κυριακάτος Γεράσιμος</w:t>
            </w:r>
          </w:p>
        </w:tc>
        <w:tc>
          <w:tcPr>
            <w:tcW w:w="2268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00:59:50</w:t>
            </w:r>
          </w:p>
        </w:tc>
      </w:tr>
      <w:tr w:rsidR="009D5ADC">
        <w:trPr>
          <w:jc w:val="center"/>
        </w:trPr>
        <w:tc>
          <w:tcPr>
            <w:tcW w:w="73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13</w:t>
            </w:r>
          </w:p>
        </w:tc>
        <w:tc>
          <w:tcPr>
            <w:tcW w:w="90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Α</w:t>
            </w:r>
          </w:p>
        </w:tc>
        <w:tc>
          <w:tcPr>
            <w:tcW w:w="5783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r>
              <w:rPr>
                <w:sz w:val="20"/>
              </w:rPr>
              <w:t>Μεσάρης Γεράσιμος</w:t>
            </w:r>
          </w:p>
        </w:tc>
        <w:tc>
          <w:tcPr>
            <w:tcW w:w="2268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01:00:57</w:t>
            </w:r>
          </w:p>
        </w:tc>
      </w:tr>
      <w:tr w:rsidR="009D5ADC">
        <w:trPr>
          <w:jc w:val="center"/>
        </w:trPr>
        <w:tc>
          <w:tcPr>
            <w:tcW w:w="73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14</w:t>
            </w:r>
          </w:p>
        </w:tc>
        <w:tc>
          <w:tcPr>
            <w:tcW w:w="90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Α</w:t>
            </w:r>
          </w:p>
        </w:tc>
        <w:tc>
          <w:tcPr>
            <w:tcW w:w="5783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r>
              <w:rPr>
                <w:sz w:val="20"/>
              </w:rPr>
              <w:t>Αδηλίνης Σπύρος</w:t>
            </w:r>
          </w:p>
        </w:tc>
        <w:tc>
          <w:tcPr>
            <w:tcW w:w="2268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01:02:56</w:t>
            </w:r>
          </w:p>
        </w:tc>
      </w:tr>
      <w:tr w:rsidR="009D5ADC">
        <w:trPr>
          <w:jc w:val="center"/>
        </w:trPr>
        <w:tc>
          <w:tcPr>
            <w:tcW w:w="73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15</w:t>
            </w:r>
          </w:p>
        </w:tc>
        <w:tc>
          <w:tcPr>
            <w:tcW w:w="90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Α</w:t>
            </w:r>
          </w:p>
        </w:tc>
        <w:tc>
          <w:tcPr>
            <w:tcW w:w="5783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r>
              <w:rPr>
                <w:sz w:val="20"/>
              </w:rPr>
              <w:t>Μελισσαράτος Ανδρέας</w:t>
            </w:r>
          </w:p>
        </w:tc>
        <w:tc>
          <w:tcPr>
            <w:tcW w:w="2268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01:03:04</w:t>
            </w:r>
          </w:p>
        </w:tc>
      </w:tr>
      <w:tr w:rsidR="009D5ADC">
        <w:trPr>
          <w:jc w:val="center"/>
        </w:trPr>
        <w:tc>
          <w:tcPr>
            <w:tcW w:w="73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16</w:t>
            </w:r>
          </w:p>
        </w:tc>
        <w:tc>
          <w:tcPr>
            <w:tcW w:w="90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Α</w:t>
            </w:r>
          </w:p>
        </w:tc>
        <w:tc>
          <w:tcPr>
            <w:tcW w:w="5783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r>
              <w:rPr>
                <w:sz w:val="20"/>
              </w:rPr>
              <w:t>Κούρος Κώστας</w:t>
            </w:r>
          </w:p>
        </w:tc>
        <w:tc>
          <w:tcPr>
            <w:tcW w:w="2268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01:03:36</w:t>
            </w:r>
          </w:p>
        </w:tc>
      </w:tr>
      <w:tr w:rsidR="009D5ADC">
        <w:trPr>
          <w:jc w:val="center"/>
        </w:trPr>
        <w:tc>
          <w:tcPr>
            <w:tcW w:w="73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17</w:t>
            </w:r>
          </w:p>
        </w:tc>
        <w:tc>
          <w:tcPr>
            <w:tcW w:w="90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Γ</w:t>
            </w:r>
          </w:p>
        </w:tc>
        <w:tc>
          <w:tcPr>
            <w:tcW w:w="5783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r>
              <w:rPr>
                <w:sz w:val="20"/>
              </w:rPr>
              <w:t>Ντάουν Ο' Ρούρκε</w:t>
            </w:r>
          </w:p>
        </w:tc>
        <w:tc>
          <w:tcPr>
            <w:tcW w:w="2268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01:04:40</w:t>
            </w:r>
          </w:p>
        </w:tc>
      </w:tr>
      <w:tr w:rsidR="009D5ADC">
        <w:trPr>
          <w:jc w:val="center"/>
        </w:trPr>
        <w:tc>
          <w:tcPr>
            <w:tcW w:w="73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18</w:t>
            </w:r>
          </w:p>
        </w:tc>
        <w:tc>
          <w:tcPr>
            <w:tcW w:w="90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Α</w:t>
            </w:r>
          </w:p>
        </w:tc>
        <w:tc>
          <w:tcPr>
            <w:tcW w:w="5783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r>
              <w:rPr>
                <w:sz w:val="20"/>
              </w:rPr>
              <w:t>Γιωργόπουλος Γιάννης</w:t>
            </w:r>
          </w:p>
        </w:tc>
        <w:tc>
          <w:tcPr>
            <w:tcW w:w="2268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01:04:40</w:t>
            </w:r>
          </w:p>
        </w:tc>
      </w:tr>
      <w:tr w:rsidR="009D5ADC">
        <w:trPr>
          <w:jc w:val="center"/>
        </w:trPr>
        <w:tc>
          <w:tcPr>
            <w:tcW w:w="73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19</w:t>
            </w:r>
          </w:p>
        </w:tc>
        <w:tc>
          <w:tcPr>
            <w:tcW w:w="90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Α</w:t>
            </w:r>
          </w:p>
        </w:tc>
        <w:tc>
          <w:tcPr>
            <w:tcW w:w="5783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r>
              <w:rPr>
                <w:sz w:val="20"/>
              </w:rPr>
              <w:t>Μεταξάς Σπύρος</w:t>
            </w:r>
          </w:p>
        </w:tc>
        <w:tc>
          <w:tcPr>
            <w:tcW w:w="2268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01:05:26</w:t>
            </w:r>
          </w:p>
        </w:tc>
      </w:tr>
      <w:tr w:rsidR="009D5ADC">
        <w:trPr>
          <w:jc w:val="center"/>
        </w:trPr>
        <w:tc>
          <w:tcPr>
            <w:tcW w:w="73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20</w:t>
            </w:r>
          </w:p>
        </w:tc>
        <w:tc>
          <w:tcPr>
            <w:tcW w:w="90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Α</w:t>
            </w:r>
          </w:p>
        </w:tc>
        <w:tc>
          <w:tcPr>
            <w:tcW w:w="5783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r>
              <w:rPr>
                <w:sz w:val="20"/>
              </w:rPr>
              <w:t>Ζησόπουλος Νίκος</w:t>
            </w:r>
          </w:p>
        </w:tc>
        <w:tc>
          <w:tcPr>
            <w:tcW w:w="2268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01:05:49</w:t>
            </w:r>
          </w:p>
        </w:tc>
      </w:tr>
      <w:tr w:rsidR="009D5ADC">
        <w:trPr>
          <w:jc w:val="center"/>
        </w:trPr>
        <w:tc>
          <w:tcPr>
            <w:tcW w:w="73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21</w:t>
            </w:r>
          </w:p>
        </w:tc>
        <w:tc>
          <w:tcPr>
            <w:tcW w:w="90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Γ</w:t>
            </w:r>
          </w:p>
        </w:tc>
        <w:tc>
          <w:tcPr>
            <w:tcW w:w="5783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r>
              <w:rPr>
                <w:sz w:val="20"/>
              </w:rPr>
              <w:t>Σαμόλη Βάνια</w:t>
            </w:r>
          </w:p>
        </w:tc>
        <w:tc>
          <w:tcPr>
            <w:tcW w:w="2268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01:06:04</w:t>
            </w:r>
          </w:p>
        </w:tc>
      </w:tr>
      <w:tr w:rsidR="009D5ADC">
        <w:trPr>
          <w:jc w:val="center"/>
        </w:trPr>
        <w:tc>
          <w:tcPr>
            <w:tcW w:w="73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22</w:t>
            </w:r>
          </w:p>
        </w:tc>
        <w:tc>
          <w:tcPr>
            <w:tcW w:w="90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Α</w:t>
            </w:r>
          </w:p>
        </w:tc>
        <w:tc>
          <w:tcPr>
            <w:tcW w:w="5783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r>
              <w:rPr>
                <w:sz w:val="20"/>
              </w:rPr>
              <w:t>Αλεξανδρόπουλος Λευτέρης</w:t>
            </w:r>
          </w:p>
        </w:tc>
        <w:tc>
          <w:tcPr>
            <w:tcW w:w="2268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01:07:46</w:t>
            </w:r>
          </w:p>
        </w:tc>
      </w:tr>
      <w:tr w:rsidR="009D5ADC">
        <w:trPr>
          <w:jc w:val="center"/>
        </w:trPr>
        <w:tc>
          <w:tcPr>
            <w:tcW w:w="73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23</w:t>
            </w:r>
          </w:p>
        </w:tc>
        <w:tc>
          <w:tcPr>
            <w:tcW w:w="90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Α</w:t>
            </w:r>
          </w:p>
        </w:tc>
        <w:tc>
          <w:tcPr>
            <w:tcW w:w="5783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r>
              <w:rPr>
                <w:sz w:val="20"/>
              </w:rPr>
              <w:t>Κουρκουμέλης Κυριάκος</w:t>
            </w:r>
          </w:p>
        </w:tc>
        <w:tc>
          <w:tcPr>
            <w:tcW w:w="2268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01:08:52</w:t>
            </w:r>
          </w:p>
        </w:tc>
      </w:tr>
      <w:tr w:rsidR="009D5ADC">
        <w:trPr>
          <w:jc w:val="center"/>
        </w:trPr>
        <w:tc>
          <w:tcPr>
            <w:tcW w:w="73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24</w:t>
            </w:r>
          </w:p>
        </w:tc>
        <w:tc>
          <w:tcPr>
            <w:tcW w:w="90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Α</w:t>
            </w:r>
          </w:p>
        </w:tc>
        <w:tc>
          <w:tcPr>
            <w:tcW w:w="5783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r>
              <w:rPr>
                <w:sz w:val="20"/>
              </w:rPr>
              <w:t>Λάλης Διονύσης</w:t>
            </w:r>
          </w:p>
        </w:tc>
        <w:tc>
          <w:tcPr>
            <w:tcW w:w="2268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01:12:37</w:t>
            </w:r>
          </w:p>
        </w:tc>
      </w:tr>
      <w:tr w:rsidR="009D5ADC">
        <w:trPr>
          <w:jc w:val="center"/>
        </w:trPr>
        <w:tc>
          <w:tcPr>
            <w:tcW w:w="73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25</w:t>
            </w:r>
          </w:p>
        </w:tc>
        <w:tc>
          <w:tcPr>
            <w:tcW w:w="90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Γ</w:t>
            </w:r>
          </w:p>
        </w:tc>
        <w:tc>
          <w:tcPr>
            <w:tcW w:w="5783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r>
              <w:rPr>
                <w:sz w:val="20"/>
              </w:rPr>
              <w:t>Παπαρούπα Ελένη</w:t>
            </w:r>
          </w:p>
        </w:tc>
        <w:tc>
          <w:tcPr>
            <w:tcW w:w="2268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01:12:37</w:t>
            </w:r>
          </w:p>
        </w:tc>
      </w:tr>
      <w:tr w:rsidR="009D5ADC">
        <w:trPr>
          <w:jc w:val="center"/>
        </w:trPr>
        <w:tc>
          <w:tcPr>
            <w:tcW w:w="73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26</w:t>
            </w:r>
          </w:p>
        </w:tc>
        <w:tc>
          <w:tcPr>
            <w:tcW w:w="90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Α</w:t>
            </w:r>
          </w:p>
        </w:tc>
        <w:tc>
          <w:tcPr>
            <w:tcW w:w="5783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r>
              <w:rPr>
                <w:sz w:val="20"/>
              </w:rPr>
              <w:t>Πολ Ο' Ρούρκε</w:t>
            </w:r>
          </w:p>
        </w:tc>
        <w:tc>
          <w:tcPr>
            <w:tcW w:w="2268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01:14:02</w:t>
            </w:r>
          </w:p>
        </w:tc>
      </w:tr>
      <w:tr w:rsidR="009D5ADC">
        <w:trPr>
          <w:jc w:val="center"/>
        </w:trPr>
        <w:tc>
          <w:tcPr>
            <w:tcW w:w="73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27</w:t>
            </w:r>
          </w:p>
        </w:tc>
        <w:tc>
          <w:tcPr>
            <w:tcW w:w="90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Α</w:t>
            </w:r>
          </w:p>
        </w:tc>
        <w:tc>
          <w:tcPr>
            <w:tcW w:w="5783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r>
              <w:rPr>
                <w:sz w:val="20"/>
              </w:rPr>
              <w:t>Κόκκινος Παναγιώτης</w:t>
            </w:r>
          </w:p>
        </w:tc>
        <w:tc>
          <w:tcPr>
            <w:tcW w:w="2268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01:15:14</w:t>
            </w:r>
          </w:p>
        </w:tc>
      </w:tr>
      <w:tr w:rsidR="009D5ADC">
        <w:trPr>
          <w:jc w:val="center"/>
        </w:trPr>
        <w:tc>
          <w:tcPr>
            <w:tcW w:w="73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28</w:t>
            </w:r>
          </w:p>
        </w:tc>
        <w:tc>
          <w:tcPr>
            <w:tcW w:w="90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Α</w:t>
            </w:r>
          </w:p>
        </w:tc>
        <w:tc>
          <w:tcPr>
            <w:tcW w:w="5783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r>
              <w:rPr>
                <w:sz w:val="20"/>
              </w:rPr>
              <w:t>Πεφάνης Λαμπρογιάννης</w:t>
            </w:r>
          </w:p>
        </w:tc>
        <w:tc>
          <w:tcPr>
            <w:tcW w:w="2268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01:16:55</w:t>
            </w:r>
          </w:p>
        </w:tc>
      </w:tr>
      <w:tr w:rsidR="009D5ADC">
        <w:trPr>
          <w:jc w:val="center"/>
        </w:trPr>
        <w:tc>
          <w:tcPr>
            <w:tcW w:w="73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29</w:t>
            </w:r>
          </w:p>
        </w:tc>
        <w:tc>
          <w:tcPr>
            <w:tcW w:w="90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Α</w:t>
            </w:r>
          </w:p>
        </w:tc>
        <w:tc>
          <w:tcPr>
            <w:tcW w:w="5783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r>
              <w:rPr>
                <w:sz w:val="20"/>
              </w:rPr>
              <w:t>Κουρούμαλος Διονύσης</w:t>
            </w:r>
          </w:p>
        </w:tc>
        <w:tc>
          <w:tcPr>
            <w:tcW w:w="2268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01:17:05</w:t>
            </w:r>
          </w:p>
        </w:tc>
      </w:tr>
      <w:tr w:rsidR="009D5ADC">
        <w:trPr>
          <w:jc w:val="center"/>
        </w:trPr>
        <w:tc>
          <w:tcPr>
            <w:tcW w:w="73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90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Α</w:t>
            </w:r>
          </w:p>
        </w:tc>
        <w:tc>
          <w:tcPr>
            <w:tcW w:w="5783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r>
              <w:rPr>
                <w:sz w:val="20"/>
              </w:rPr>
              <w:t>Θεοδωράτος Δημήτρης</w:t>
            </w:r>
          </w:p>
        </w:tc>
        <w:tc>
          <w:tcPr>
            <w:tcW w:w="2268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01:19:14</w:t>
            </w:r>
          </w:p>
        </w:tc>
      </w:tr>
      <w:tr w:rsidR="009D5ADC">
        <w:trPr>
          <w:jc w:val="center"/>
        </w:trPr>
        <w:tc>
          <w:tcPr>
            <w:tcW w:w="73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31</w:t>
            </w:r>
          </w:p>
        </w:tc>
        <w:tc>
          <w:tcPr>
            <w:tcW w:w="90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Γ</w:t>
            </w:r>
          </w:p>
        </w:tc>
        <w:tc>
          <w:tcPr>
            <w:tcW w:w="5783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r>
              <w:rPr>
                <w:sz w:val="20"/>
              </w:rPr>
              <w:t>Βασιλάκη Μαργαρίτα</w:t>
            </w:r>
          </w:p>
        </w:tc>
        <w:tc>
          <w:tcPr>
            <w:tcW w:w="2268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01:19:41</w:t>
            </w:r>
          </w:p>
        </w:tc>
      </w:tr>
      <w:tr w:rsidR="009D5ADC">
        <w:trPr>
          <w:jc w:val="center"/>
        </w:trPr>
        <w:tc>
          <w:tcPr>
            <w:tcW w:w="73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32</w:t>
            </w:r>
          </w:p>
        </w:tc>
        <w:tc>
          <w:tcPr>
            <w:tcW w:w="90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Α</w:t>
            </w:r>
          </w:p>
        </w:tc>
        <w:tc>
          <w:tcPr>
            <w:tcW w:w="5783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r>
              <w:rPr>
                <w:sz w:val="20"/>
              </w:rPr>
              <w:t>Κουρούκλης Αντώνης</w:t>
            </w:r>
          </w:p>
        </w:tc>
        <w:tc>
          <w:tcPr>
            <w:tcW w:w="2268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01:21:16</w:t>
            </w:r>
          </w:p>
        </w:tc>
      </w:tr>
      <w:tr w:rsidR="009D5ADC">
        <w:trPr>
          <w:jc w:val="center"/>
        </w:trPr>
        <w:tc>
          <w:tcPr>
            <w:tcW w:w="73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33</w:t>
            </w:r>
          </w:p>
        </w:tc>
        <w:tc>
          <w:tcPr>
            <w:tcW w:w="90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Α</w:t>
            </w:r>
          </w:p>
        </w:tc>
        <w:tc>
          <w:tcPr>
            <w:tcW w:w="5783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r>
              <w:rPr>
                <w:sz w:val="20"/>
              </w:rPr>
              <w:t>Κέιρ Γκόντεν</w:t>
            </w:r>
          </w:p>
        </w:tc>
        <w:tc>
          <w:tcPr>
            <w:tcW w:w="2268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01:31:25</w:t>
            </w:r>
          </w:p>
        </w:tc>
      </w:tr>
      <w:tr w:rsidR="009D5ADC">
        <w:trPr>
          <w:jc w:val="center"/>
        </w:trPr>
        <w:tc>
          <w:tcPr>
            <w:tcW w:w="73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34</w:t>
            </w:r>
          </w:p>
        </w:tc>
        <w:tc>
          <w:tcPr>
            <w:tcW w:w="90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Γ</w:t>
            </w:r>
          </w:p>
        </w:tc>
        <w:tc>
          <w:tcPr>
            <w:tcW w:w="5783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r>
              <w:rPr>
                <w:sz w:val="20"/>
              </w:rPr>
              <w:t>Τζοάνα Γκόντεν</w:t>
            </w:r>
          </w:p>
        </w:tc>
        <w:tc>
          <w:tcPr>
            <w:tcW w:w="2268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01:31:25</w:t>
            </w:r>
          </w:p>
        </w:tc>
      </w:tr>
      <w:tr w:rsidR="009D5ADC">
        <w:trPr>
          <w:jc w:val="center"/>
        </w:trPr>
        <w:tc>
          <w:tcPr>
            <w:tcW w:w="73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35</w:t>
            </w:r>
          </w:p>
        </w:tc>
        <w:tc>
          <w:tcPr>
            <w:tcW w:w="90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Γ</w:t>
            </w:r>
          </w:p>
        </w:tc>
        <w:tc>
          <w:tcPr>
            <w:tcW w:w="5783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r>
              <w:rPr>
                <w:sz w:val="20"/>
              </w:rPr>
              <w:t>Γκαρμπή Ευδοκία</w:t>
            </w:r>
          </w:p>
        </w:tc>
        <w:tc>
          <w:tcPr>
            <w:tcW w:w="2268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01:36:20</w:t>
            </w:r>
          </w:p>
        </w:tc>
      </w:tr>
      <w:tr w:rsidR="009D5ADC">
        <w:trPr>
          <w:jc w:val="center"/>
        </w:trPr>
        <w:tc>
          <w:tcPr>
            <w:tcW w:w="73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36</w:t>
            </w:r>
          </w:p>
        </w:tc>
        <w:tc>
          <w:tcPr>
            <w:tcW w:w="90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Γ</w:t>
            </w:r>
          </w:p>
        </w:tc>
        <w:tc>
          <w:tcPr>
            <w:tcW w:w="5783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r>
              <w:rPr>
                <w:sz w:val="20"/>
              </w:rPr>
              <w:t>Θεοτοκάτου Στάμω</w:t>
            </w:r>
          </w:p>
        </w:tc>
        <w:tc>
          <w:tcPr>
            <w:tcW w:w="2268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01:36:25</w:t>
            </w:r>
          </w:p>
        </w:tc>
      </w:tr>
      <w:tr w:rsidR="009D5ADC">
        <w:trPr>
          <w:jc w:val="center"/>
        </w:trPr>
        <w:tc>
          <w:tcPr>
            <w:tcW w:w="73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37</w:t>
            </w:r>
          </w:p>
        </w:tc>
        <w:tc>
          <w:tcPr>
            <w:tcW w:w="90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Γ</w:t>
            </w:r>
          </w:p>
        </w:tc>
        <w:tc>
          <w:tcPr>
            <w:tcW w:w="5783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r>
              <w:rPr>
                <w:sz w:val="20"/>
              </w:rPr>
              <w:t>Παπαλεξάτου Ιωάννα</w:t>
            </w:r>
          </w:p>
        </w:tc>
        <w:tc>
          <w:tcPr>
            <w:tcW w:w="2268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01:37:47</w:t>
            </w:r>
          </w:p>
        </w:tc>
      </w:tr>
      <w:tr w:rsidR="009D5ADC">
        <w:trPr>
          <w:jc w:val="center"/>
        </w:trPr>
        <w:tc>
          <w:tcPr>
            <w:tcW w:w="73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38</w:t>
            </w:r>
          </w:p>
        </w:tc>
        <w:tc>
          <w:tcPr>
            <w:tcW w:w="90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Α</w:t>
            </w:r>
          </w:p>
        </w:tc>
        <w:tc>
          <w:tcPr>
            <w:tcW w:w="5783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r>
              <w:rPr>
                <w:sz w:val="20"/>
              </w:rPr>
              <w:t>Πετράτος Φώτης</w:t>
            </w:r>
          </w:p>
        </w:tc>
        <w:tc>
          <w:tcPr>
            <w:tcW w:w="2268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01:50:12</w:t>
            </w:r>
          </w:p>
        </w:tc>
      </w:tr>
      <w:tr w:rsidR="009D5ADC">
        <w:trPr>
          <w:jc w:val="center"/>
        </w:trPr>
        <w:tc>
          <w:tcPr>
            <w:tcW w:w="73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39</w:t>
            </w:r>
          </w:p>
        </w:tc>
        <w:tc>
          <w:tcPr>
            <w:tcW w:w="90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Γ</w:t>
            </w:r>
          </w:p>
        </w:tc>
        <w:tc>
          <w:tcPr>
            <w:tcW w:w="5783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r>
              <w:rPr>
                <w:sz w:val="20"/>
              </w:rPr>
              <w:t>Καρλιγκιώτου Χριστίνα</w:t>
            </w:r>
          </w:p>
        </w:tc>
        <w:tc>
          <w:tcPr>
            <w:tcW w:w="2268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01:55:04</w:t>
            </w:r>
          </w:p>
        </w:tc>
      </w:tr>
      <w:tr w:rsidR="009D5ADC">
        <w:trPr>
          <w:jc w:val="center"/>
        </w:trPr>
        <w:tc>
          <w:tcPr>
            <w:tcW w:w="73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40</w:t>
            </w:r>
          </w:p>
        </w:tc>
        <w:tc>
          <w:tcPr>
            <w:tcW w:w="907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Γ</w:t>
            </w:r>
          </w:p>
        </w:tc>
        <w:tc>
          <w:tcPr>
            <w:tcW w:w="5783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r>
              <w:rPr>
                <w:sz w:val="20"/>
              </w:rPr>
              <w:t>Αναστασάτου Ζαχαρούλα</w:t>
            </w:r>
          </w:p>
        </w:tc>
        <w:tc>
          <w:tcPr>
            <w:tcW w:w="2268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sz w:val="20"/>
              </w:rPr>
              <w:t>02:00:11</w:t>
            </w:r>
          </w:p>
        </w:tc>
      </w:tr>
      <w:tr w:rsidR="009D5ADC">
        <w:trPr>
          <w:jc w:val="center"/>
        </w:trPr>
        <w:tc>
          <w:tcPr>
            <w:tcW w:w="737" w:type="dxa"/>
            <w:shd w:val="clear" w:color="auto" w:fill="F2F2F2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b/>
                <w:sz w:val="20"/>
              </w:rPr>
              <w:t>41</w:t>
            </w:r>
          </w:p>
        </w:tc>
        <w:tc>
          <w:tcPr>
            <w:tcW w:w="907" w:type="dxa"/>
            <w:shd w:val="clear" w:color="auto" w:fill="F2F2F2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b/>
                <w:sz w:val="20"/>
              </w:rPr>
              <w:t>Γ</w:t>
            </w:r>
          </w:p>
        </w:tc>
        <w:tc>
          <w:tcPr>
            <w:tcW w:w="5783" w:type="dxa"/>
            <w:shd w:val="clear" w:color="auto" w:fill="F2F2F2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r>
              <w:rPr>
                <w:b/>
                <w:sz w:val="20"/>
              </w:rPr>
              <w:t>Μελέτη Σοφία</w:t>
            </w:r>
          </w:p>
        </w:tc>
        <w:tc>
          <w:tcPr>
            <w:tcW w:w="2268" w:type="dxa"/>
            <w:shd w:val="clear" w:color="auto" w:fill="F2F2F2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b/>
                <w:sz w:val="20"/>
              </w:rPr>
              <w:t>DNF – Εγκατάλειψη</w:t>
            </w:r>
          </w:p>
        </w:tc>
      </w:tr>
      <w:tr w:rsidR="009D5ADC">
        <w:trPr>
          <w:jc w:val="center"/>
        </w:trPr>
        <w:tc>
          <w:tcPr>
            <w:tcW w:w="737" w:type="dxa"/>
            <w:shd w:val="clear" w:color="auto" w:fill="F2F2F2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b/>
                <w:sz w:val="20"/>
              </w:rPr>
              <w:t>42</w:t>
            </w:r>
          </w:p>
        </w:tc>
        <w:tc>
          <w:tcPr>
            <w:tcW w:w="907" w:type="dxa"/>
            <w:shd w:val="clear" w:color="auto" w:fill="F2F2F2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b/>
                <w:sz w:val="20"/>
              </w:rPr>
              <w:t>Γ</w:t>
            </w:r>
          </w:p>
        </w:tc>
        <w:tc>
          <w:tcPr>
            <w:tcW w:w="5783" w:type="dxa"/>
            <w:shd w:val="clear" w:color="auto" w:fill="F2F2F2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r>
              <w:rPr>
                <w:b/>
                <w:sz w:val="20"/>
              </w:rPr>
              <w:t>Ρούλα Τουμαζάτου</w:t>
            </w:r>
          </w:p>
        </w:tc>
        <w:tc>
          <w:tcPr>
            <w:tcW w:w="2268" w:type="dxa"/>
            <w:shd w:val="clear" w:color="auto" w:fill="F2F2F2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9D5ADC" w:rsidRDefault="00F93B5B">
            <w:pPr>
              <w:jc w:val="center"/>
            </w:pPr>
            <w:r>
              <w:rPr>
                <w:b/>
                <w:sz w:val="20"/>
              </w:rPr>
              <w:t>DNF – Εγκατάλειψη</w:t>
            </w:r>
          </w:p>
        </w:tc>
      </w:tr>
    </w:tbl>
    <w:p w:rsidR="009D5ADC" w:rsidRDefault="00F93B5B">
      <w:pPr>
        <w:spacing w:before="140" w:after="0"/>
      </w:pPr>
      <w:r>
        <w:rPr>
          <w:b/>
        </w:rPr>
        <w:t xml:space="preserve">Σημείωση: </w:t>
      </w:r>
      <w:r>
        <w:t>Α = Άνδρας, Γ = Γυναίκα, DNF = Εγκατάλειψη / μη τερματισμός. Συνολικά 40 τερματισμοί και 2 εγκαταλείψεις.</w:t>
      </w:r>
    </w:p>
    <w:sectPr w:rsidR="009D5ADC" w:rsidSect="00034616">
      <w:footerReference w:type="default" r:id="rId8"/>
      <w:pgSz w:w="12240" w:h="15840"/>
      <w:pgMar w:top="765" w:right="850" w:bottom="765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93B5B" w:rsidRDefault="00F93B5B">
      <w:pPr>
        <w:spacing w:after="0" w:line="240" w:lineRule="auto"/>
      </w:pPr>
      <w:r>
        <w:separator/>
      </w:r>
    </w:p>
  </w:endnote>
  <w:endnote w:type="continuationSeparator" w:id="0">
    <w:p w:rsidR="00F93B5B" w:rsidRDefault="00F93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5ADC" w:rsidRDefault="00F93B5B">
    <w:pPr>
      <w:pStyle w:val="a6"/>
      <w:jc w:val="center"/>
    </w:pPr>
    <w:r>
      <w:t xml:space="preserve">Σελίδα </w:t>
    </w:r>
    <w:r>
      <w:fldChar w:fldCharType="begin"/>
    </w:r>
    <w:r>
      <w:instrText>PAGE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93B5B" w:rsidRDefault="00F93B5B">
      <w:pPr>
        <w:spacing w:after="0" w:line="240" w:lineRule="auto"/>
      </w:pPr>
      <w:r>
        <w:separator/>
      </w:r>
    </w:p>
  </w:footnote>
  <w:footnote w:type="continuationSeparator" w:id="0">
    <w:p w:rsidR="00F93B5B" w:rsidRDefault="00F93B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75296915">
    <w:abstractNumId w:val="8"/>
  </w:num>
  <w:num w:numId="2" w16cid:durableId="748649347">
    <w:abstractNumId w:val="6"/>
  </w:num>
  <w:num w:numId="3" w16cid:durableId="961307024">
    <w:abstractNumId w:val="5"/>
  </w:num>
  <w:num w:numId="4" w16cid:durableId="529074326">
    <w:abstractNumId w:val="4"/>
  </w:num>
  <w:num w:numId="5" w16cid:durableId="1212186258">
    <w:abstractNumId w:val="7"/>
  </w:num>
  <w:num w:numId="6" w16cid:durableId="1575969327">
    <w:abstractNumId w:val="3"/>
  </w:num>
  <w:num w:numId="7" w16cid:durableId="91438341">
    <w:abstractNumId w:val="2"/>
  </w:num>
  <w:num w:numId="8" w16cid:durableId="1174101948">
    <w:abstractNumId w:val="1"/>
  </w:num>
  <w:num w:numId="9" w16cid:durableId="470484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 w:grammar="clean"/>
  <w:revisionView w:inkAnnotation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D7779"/>
    <w:rsid w:val="00326F90"/>
    <w:rsid w:val="009D5ADC"/>
    <w:rsid w:val="00AA1D8D"/>
    <w:rsid w:val="00B47730"/>
    <w:rsid w:val="00CB0664"/>
    <w:rsid w:val="00F93B5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E8254B0-C021-1F49-8AB3-7FC1B4AF3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ptos" w:eastAsia="Aptos" w:hAnsi="Aptos"/>
      <w:sz w:val="21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Επικεφαλίδα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Επικεφαλίδα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Επικεφαλίδα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Τίτλος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Υπότιτλος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Σώμα κειμένου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Σώμα κείμενου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Κείμενο μακροεντολής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Απόσπασμα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Επικεφαλίδα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Επικεφαλίδα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Επικεφαλίδα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Επικεφαλίδα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Επικεφαλίδα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Επικεφαλίδα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Έντονο απόσπ.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Ευαγγελία Σαμολη</cp:lastModifiedBy>
  <cp:revision>2</cp:revision>
  <dcterms:created xsi:type="dcterms:W3CDTF">2026-09-13T12:35:00Z</dcterms:created>
  <dcterms:modified xsi:type="dcterms:W3CDTF">2026-09-13T12:35:00Z</dcterms:modified>
  <cp:category/>
</cp:coreProperties>
</file>